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B46ED" w14:textId="77777777" w:rsidR="00186073" w:rsidRPr="00FD1DA8" w:rsidRDefault="004C18C9">
      <w:pPr>
        <w:spacing w:before="400" w:after="60" w:line="240" w:lineRule="auto"/>
        <w:jc w:val="center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การเสนอผลงานวิชาการในการประชุมวิชาการระดับชาติ</w:t>
      </w:r>
      <w:proofErr w:type="spellEnd"/>
    </w:p>
    <w:p w14:paraId="5CCCA19A" w14:textId="77777777" w:rsidR="00186073" w:rsidRPr="00FD1DA8" w:rsidRDefault="004C18C9">
      <w:pPr>
        <w:spacing w:after="160" w:line="240" w:lineRule="auto"/>
        <w:jc w:val="center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เนื่องในโอกาสครบรอบ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20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ปี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คณะสหเวชศาสตร์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มหาวิทยาลัยพะเยา</w:t>
      </w:r>
    </w:p>
    <w:p w14:paraId="316070EE" w14:textId="77777777" w:rsidR="00186073" w:rsidRPr="00FD1DA8" w:rsidRDefault="004C18C9">
      <w:pPr>
        <w:spacing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C9A227"/>
          <w:sz w:val="32"/>
          <w:szCs w:val="32"/>
        </w:rPr>
        <w:t>AHS-UP 20th Anniversary: Smart Health for Societal Wellbeing</w:t>
      </w:r>
    </w:p>
    <w:p w14:paraId="1A6A2042" w14:textId="1F047F88" w:rsidR="00186073" w:rsidRPr="00FD1DA8" w:rsidRDefault="004C18C9" w:rsidP="00FD1DA8">
      <w:pPr>
        <w:spacing w:after="36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“20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ปี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สหเวชศาสตร์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ม.พะเยา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: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ขับเคลื่อนสุขภาพอย่างชาญฉลาดสู่สังคมแห่งสุขภาวะ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”</w:t>
      </w:r>
      <w:r w:rsidRPr="00FD1DA8">
        <w:rPr>
          <w:rFonts w:ascii="TH SarabunPSK" w:hAnsi="TH SarabunPSK" w:cs="TH SarabunPSK" w:hint="cs"/>
          <w:sz w:val="32"/>
          <w:szCs w:val="32"/>
        </w:rPr>
        <w:br w:type="page"/>
      </w:r>
    </w:p>
    <w:p w14:paraId="74644FCD" w14:textId="77777777" w:rsidR="00186073" w:rsidRPr="00FD1DA8" w:rsidRDefault="004C18C9">
      <w:pPr>
        <w:spacing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lastRenderedPageBreak/>
        <w:t>ส่วน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A  | 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สำหรับผู้ประสงค์นำเสนอภาษาไทย</w:t>
      </w:r>
      <w:proofErr w:type="spellEnd"/>
    </w:p>
    <w:p w14:paraId="475664C8" w14:textId="77777777" w:rsidR="00186073" w:rsidRPr="00FD1DA8" w:rsidRDefault="004C18C9">
      <w:pPr>
        <w:spacing w:after="24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C9A227"/>
          <w:sz w:val="32"/>
          <w:szCs w:val="32"/>
        </w:rPr>
        <w:t>THAI-LANGUAGE PRESENTATION</w:t>
      </w:r>
    </w:p>
    <w:p w14:paraId="5865297E" w14:textId="77777777" w:rsidR="00186073" w:rsidRPr="00FD1DA8" w:rsidRDefault="004C18C9">
      <w:pPr>
        <w:pBdr>
          <w:bottom w:val="single" w:sz="12" w:space="4" w:color="C9A227"/>
        </w:pBdr>
        <w:spacing w:before="160" w:after="10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แบบฟอร์มส่งบทคัดย่อ</w:t>
      </w:r>
      <w:proofErr w:type="spellEnd"/>
    </w:p>
    <w:p w14:paraId="3BF5A2A3" w14:textId="77777777" w:rsidR="00186073" w:rsidRPr="00FD1DA8" w:rsidRDefault="004C18C9">
      <w:pPr>
        <w:spacing w:before="160"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1.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ข้อมูลผลงาน</w:t>
      </w:r>
      <w:proofErr w:type="spellEnd"/>
    </w:p>
    <w:p w14:paraId="596D1537" w14:textId="77777777" w:rsidR="00186073" w:rsidRPr="00FD1DA8" w:rsidRDefault="004C18C9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ชื่อเรื่องภาษาไทย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________________________________________________________________________</w:t>
      </w:r>
    </w:p>
    <w:p w14:paraId="48D3BC31" w14:textId="77777777" w:rsidR="00186073" w:rsidRPr="00FD1DA8" w:rsidRDefault="004C18C9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ชื่อเรื่องภาษาอังกฤษ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________________________________________________________________________</w:t>
      </w:r>
    </w:p>
    <w:p w14:paraId="7DE77C23" w14:textId="77777777" w:rsidR="00186073" w:rsidRPr="00FD1DA8" w:rsidRDefault="004C18C9">
      <w:pPr>
        <w:spacing w:before="60"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สาขา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กลุ่มหัวข้อของผลงาน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(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โปรดเลือก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1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กลุ่มที่สอดคล้องกับผลงานมากที่สุด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4649"/>
      </w:tblGrid>
      <w:tr w:rsidR="00186073" w:rsidRPr="00FD1DA8" w14:paraId="22164B7E" w14:textId="77777777">
        <w:trPr>
          <w:jc w:val="center"/>
        </w:trPr>
        <w:tc>
          <w:tcPr>
            <w:tcW w:w="4649" w:type="dxa"/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250D6" w14:textId="77777777" w:rsidR="00186073" w:rsidRPr="00FD1DA8" w:rsidRDefault="004C18C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Segoe UI Symbol" w:eastAsia="Noto Sans Thai" w:hAnsi="Segoe UI Symbol" w:cs="Segoe UI Symbol"/>
                <w:color w:val="1F2937"/>
                <w:sz w:val="32"/>
                <w:szCs w:val="32"/>
              </w:rPr>
              <w:t>☐</w:t>
            </w:r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 xml:space="preserve"> </w:t>
            </w:r>
            <w:proofErr w:type="spellStart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>กายภาพบำบัดและวิทยาศาสตร์การฟื้นฟู</w:t>
            </w:r>
            <w:proofErr w:type="spellEnd"/>
          </w:p>
        </w:tc>
        <w:tc>
          <w:tcPr>
            <w:tcW w:w="4649" w:type="dxa"/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400F9" w14:textId="5920F012" w:rsidR="00186073" w:rsidRPr="00FD1DA8" w:rsidRDefault="004C18C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Segoe UI Symbol" w:eastAsia="Noto Sans Thai" w:hAnsi="Segoe UI Symbol" w:cs="Segoe UI Symbol"/>
                <w:color w:val="1F2937"/>
                <w:sz w:val="32"/>
                <w:szCs w:val="32"/>
              </w:rPr>
              <w:t>☐</w:t>
            </w:r>
            <w:r w:rsid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  <w:cs/>
                <w:lang w:bidi="th-TH"/>
              </w:rPr>
              <w:t xml:space="preserve"> </w:t>
            </w:r>
            <w:r w:rsidR="00FD1DA8" w:rsidRPr="00FD1DA8">
              <w:rPr>
                <w:rFonts w:ascii="TH SarabunPSK" w:eastAsia="Noto Sans Thai" w:hAnsi="TH SarabunPSK" w:cs="TH SarabunPSK"/>
                <w:color w:val="1F2937"/>
                <w:sz w:val="32"/>
                <w:szCs w:val="32"/>
                <w:cs/>
                <w:lang w:bidi="th-TH"/>
              </w:rPr>
              <w:t>เทคนิคการแพทย์และวิทยาศาสตร์ห้องปฏิบัติการทางการแพทย์</w:t>
            </w:r>
          </w:p>
        </w:tc>
      </w:tr>
      <w:tr w:rsidR="00186073" w:rsidRPr="00FD1DA8" w14:paraId="4FE70CB1" w14:textId="77777777">
        <w:trPr>
          <w:jc w:val="center"/>
        </w:trPr>
        <w:tc>
          <w:tcPr>
            <w:tcW w:w="4649" w:type="dxa"/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5ADE24" w14:textId="77777777" w:rsidR="00186073" w:rsidRPr="00FD1DA8" w:rsidRDefault="004C18C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Segoe UI Symbol" w:eastAsia="Noto Sans Thai" w:hAnsi="Segoe UI Symbol" w:cs="Segoe UI Symbol"/>
                <w:color w:val="1F2937"/>
                <w:sz w:val="32"/>
                <w:szCs w:val="32"/>
              </w:rPr>
              <w:t>☐</w:t>
            </w:r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 xml:space="preserve"> </w:t>
            </w:r>
            <w:proofErr w:type="spellStart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>วิทยาศาสตร์สุขภาพและสหวิชาชีพทางสุขภาพ</w:t>
            </w:r>
            <w:proofErr w:type="spellEnd"/>
          </w:p>
        </w:tc>
        <w:tc>
          <w:tcPr>
            <w:tcW w:w="4649" w:type="dxa"/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08DBDA" w14:textId="77777777" w:rsidR="00186073" w:rsidRPr="00FD1DA8" w:rsidRDefault="004C18C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Segoe UI Symbol" w:eastAsia="Noto Sans Thai" w:hAnsi="Segoe UI Symbol" w:cs="Segoe UI Symbol"/>
                <w:color w:val="1F2937"/>
                <w:sz w:val="32"/>
                <w:szCs w:val="32"/>
              </w:rPr>
              <w:t>☐</w:t>
            </w:r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 xml:space="preserve"> </w:t>
            </w:r>
            <w:proofErr w:type="spellStart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>สุขภาพดิจิทัล</w:t>
            </w:r>
            <w:proofErr w:type="spellEnd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 xml:space="preserve"> </w:t>
            </w:r>
            <w:proofErr w:type="spellStart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>เทคโนโลยี</w:t>
            </w:r>
            <w:proofErr w:type="spellEnd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 xml:space="preserve"> </w:t>
            </w:r>
            <w:proofErr w:type="spellStart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>และนวัตกรรมสุขภาพ</w:t>
            </w:r>
            <w:proofErr w:type="spellEnd"/>
          </w:p>
        </w:tc>
      </w:tr>
      <w:tr w:rsidR="00186073" w:rsidRPr="00FD1DA8" w14:paraId="198BF3FB" w14:textId="77777777">
        <w:trPr>
          <w:jc w:val="center"/>
        </w:trPr>
        <w:tc>
          <w:tcPr>
            <w:tcW w:w="4649" w:type="dxa"/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DEBB9D" w14:textId="77777777" w:rsidR="00186073" w:rsidRPr="00FD1DA8" w:rsidRDefault="004C18C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Segoe UI Symbol" w:eastAsia="Noto Sans Thai" w:hAnsi="Segoe UI Symbol" w:cs="Segoe UI Symbol"/>
                <w:color w:val="1F2937"/>
                <w:sz w:val="32"/>
                <w:szCs w:val="32"/>
              </w:rPr>
              <w:t>☐</w:t>
            </w:r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 xml:space="preserve"> </w:t>
            </w:r>
            <w:proofErr w:type="spellStart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>การส่งเสริมสุขภาพ</w:t>
            </w:r>
            <w:proofErr w:type="spellEnd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 xml:space="preserve"> </w:t>
            </w:r>
            <w:proofErr w:type="spellStart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>สุขภาวะชุมชน</w:t>
            </w:r>
            <w:proofErr w:type="spellEnd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 xml:space="preserve"> </w:t>
            </w:r>
            <w:proofErr w:type="spellStart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>และผู้สูงอายุ</w:t>
            </w:r>
            <w:proofErr w:type="spellEnd"/>
          </w:p>
        </w:tc>
        <w:tc>
          <w:tcPr>
            <w:tcW w:w="4649" w:type="dxa"/>
            <w:shd w:val="clear" w:color="auto" w:fill="F8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063A9" w14:textId="77777777" w:rsidR="00186073" w:rsidRPr="00FD1DA8" w:rsidRDefault="004C18C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Segoe UI Symbol" w:eastAsia="Noto Sans Thai" w:hAnsi="Segoe UI Symbol" w:cs="Segoe UI Symbol"/>
                <w:color w:val="1F2937"/>
                <w:sz w:val="32"/>
                <w:szCs w:val="32"/>
              </w:rPr>
              <w:t>☐</w:t>
            </w:r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 xml:space="preserve"> </w:t>
            </w:r>
            <w:proofErr w:type="spellStart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>การศึกษาและการพัฒนาวิชาชีพด้านสุขภาพ</w:t>
            </w:r>
            <w:proofErr w:type="spellEnd"/>
          </w:p>
        </w:tc>
      </w:tr>
    </w:tbl>
    <w:p w14:paraId="291BB6C2" w14:textId="77777777" w:rsidR="00186073" w:rsidRPr="00FD1DA8" w:rsidRDefault="004C18C9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อื่น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ๆ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โปรดระบุ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</w:t>
      </w:r>
    </w:p>
    <w:p w14:paraId="273EEA66" w14:textId="77777777" w:rsidR="00186073" w:rsidRPr="00FD1DA8" w:rsidRDefault="004C18C9">
      <w:pPr>
        <w:spacing w:before="120"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รูปแบบการนำเสนอ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: </w:t>
      </w:r>
      <w:r w:rsidRPr="00FD1DA8">
        <w:rPr>
          <w:rFonts w:ascii="Segoe UI Symbol" w:eastAsia="Noto Sans Thai" w:hAnsi="Segoe UI Symbol" w:cs="Segoe UI Symbol"/>
          <w:b/>
          <w:color w:val="17365D"/>
          <w:sz w:val="32"/>
          <w:szCs w:val="32"/>
        </w:rPr>
        <w:t>☑</w:t>
      </w:r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/>
          <w:b/>
          <w:color w:val="17365D"/>
          <w:sz w:val="32"/>
          <w:szCs w:val="32"/>
        </w:rPr>
        <w:t>โปสเตอร์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(Poster Presentation) </w:t>
      </w:r>
      <w:proofErr w:type="spellStart"/>
      <w:r w:rsidRPr="00FD1DA8">
        <w:rPr>
          <w:rFonts w:ascii="TH SarabunPSK" w:eastAsia="Noto Sans Thai" w:hAnsi="TH SarabunPSK" w:cs="TH SarabunPSK"/>
          <w:b/>
          <w:color w:val="17365D"/>
          <w:sz w:val="32"/>
          <w:szCs w:val="32"/>
        </w:rPr>
        <w:t>เท่านั้น</w:t>
      </w:r>
      <w:proofErr w:type="spellEnd"/>
    </w:p>
    <w:p w14:paraId="33B30E31" w14:textId="77777777" w:rsidR="00186073" w:rsidRPr="00FD1DA8" w:rsidRDefault="004C18C9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ขนาดโปสเตอร์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: 80 × 120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ซม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.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แนวตั้ง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(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กว้าง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×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สูง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)</w:t>
      </w:r>
    </w:p>
    <w:p w14:paraId="77343E0C" w14:textId="77777777" w:rsidR="00186073" w:rsidRPr="00FD1DA8" w:rsidRDefault="004C18C9">
      <w:pPr>
        <w:spacing w:before="160"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2.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ข้อมูลผู้นำเสนอผลงาน</w:t>
      </w:r>
      <w:proofErr w:type="spellEnd"/>
    </w:p>
    <w:p w14:paraId="2A3D40CE" w14:textId="77777777" w:rsidR="00186073" w:rsidRPr="00FD1DA8" w:rsidRDefault="004C18C9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คำนำหน้า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________________________________________________________________________</w:t>
      </w:r>
    </w:p>
    <w:p w14:paraId="0AEBEECA" w14:textId="77777777" w:rsidR="00186073" w:rsidRPr="00FD1DA8" w:rsidRDefault="004C18C9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ชื่อ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–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นามสกุล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________________________________________________________________________</w:t>
      </w:r>
    </w:p>
    <w:p w14:paraId="18346798" w14:textId="77777777" w:rsidR="00186073" w:rsidRPr="00FD1DA8" w:rsidRDefault="004C18C9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หน่วยงาน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/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สถาบัน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4649"/>
      </w:tblGrid>
      <w:tr w:rsidR="00186073" w:rsidRPr="00FD1DA8" w14:paraId="3538E23B" w14:textId="77777777">
        <w:trPr>
          <w:jc w:val="center"/>
        </w:trPr>
        <w:tc>
          <w:tcPr>
            <w:tcW w:w="464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76EC24" w14:textId="77777777" w:rsidR="00186073" w:rsidRPr="00FD1DA8" w:rsidRDefault="004C18C9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>โทรศัพท์</w:t>
            </w:r>
            <w:proofErr w:type="spellEnd"/>
            <w:r w:rsidRPr="00FD1DA8">
              <w:rPr>
                <w:rFonts w:ascii="TH SarabunPSK" w:eastAsia="Noto Sans Thai" w:hAnsi="TH SarabunPSK" w:cs="TH SarabunPSK" w:hint="cs"/>
                <w:color w:val="1F2937"/>
                <w:sz w:val="32"/>
                <w:szCs w:val="32"/>
              </w:rPr>
              <w:t xml:space="preserve"> ____________________________</w:t>
            </w:r>
          </w:p>
        </w:tc>
        <w:tc>
          <w:tcPr>
            <w:tcW w:w="464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4DE437" w14:textId="77777777" w:rsidR="00186073" w:rsidRPr="00FD1DA8" w:rsidRDefault="004C18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1DA8">
              <w:rPr>
                <w:rFonts w:ascii="TH SarabunPSK" w:eastAsia="Arial" w:hAnsi="TH SarabunPSK" w:cs="TH SarabunPSK" w:hint="cs"/>
                <w:color w:val="1F2937"/>
                <w:sz w:val="32"/>
                <w:szCs w:val="32"/>
              </w:rPr>
              <w:t>E-mail ____________________________</w:t>
            </w:r>
          </w:p>
        </w:tc>
      </w:tr>
    </w:tbl>
    <w:p w14:paraId="624BB983" w14:textId="77777777" w:rsidR="00186073" w:rsidRPr="00FD1DA8" w:rsidRDefault="004C18C9">
      <w:pPr>
        <w:spacing w:before="100"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สถานะผู้นำเสนอผลงาน</w:t>
      </w:r>
      <w:proofErr w:type="spellEnd"/>
    </w:p>
    <w:p w14:paraId="0E18CCC1" w14:textId="77777777" w:rsidR="00186073" w:rsidRPr="00FD1DA8" w:rsidRDefault="004C18C9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Segoe UI Symbol" w:eastAsia="Noto Sans Thai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อาจารย์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นักวิจัย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   </w:t>
      </w:r>
      <w:r w:rsidRPr="00FD1DA8">
        <w:rPr>
          <w:rFonts w:ascii="Segoe UI Symbol" w:eastAsia="Noto Sans Thai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/>
          <w:color w:val="1F2937"/>
          <w:sz w:val="32"/>
          <w:szCs w:val="32"/>
        </w:rPr>
        <w:t>บุคลากร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/>
          <w:color w:val="1F2937"/>
          <w:sz w:val="32"/>
          <w:szCs w:val="32"/>
        </w:rPr>
        <w:t>ผู้ประกอบวิชาชีพ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   </w:t>
      </w:r>
      <w:r w:rsidRPr="00FD1DA8">
        <w:rPr>
          <w:rFonts w:ascii="Segoe UI Symbol" w:eastAsia="Noto Sans Thai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/>
          <w:color w:val="1F2937"/>
          <w:sz w:val="32"/>
          <w:szCs w:val="32"/>
        </w:rPr>
        <w:t>นิสิต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/>
          <w:color w:val="1F2937"/>
          <w:sz w:val="32"/>
          <w:szCs w:val="32"/>
        </w:rPr>
        <w:t>นักศึกษาปริญญาตรี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   </w:t>
      </w:r>
      <w:r w:rsidRPr="00FD1DA8">
        <w:rPr>
          <w:rFonts w:ascii="Segoe UI Symbol" w:eastAsia="Noto Sans Thai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/>
          <w:color w:val="1F2937"/>
          <w:sz w:val="32"/>
          <w:szCs w:val="32"/>
        </w:rPr>
        <w:t>นิสิต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/>
          <w:color w:val="1F2937"/>
          <w:sz w:val="32"/>
          <w:szCs w:val="32"/>
        </w:rPr>
        <w:t>นักศึกษาบัณฑิตศึกษา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   </w:t>
      </w:r>
      <w:r w:rsidRPr="00FD1DA8">
        <w:rPr>
          <w:rFonts w:ascii="Segoe UI Symbol" w:eastAsia="Noto Sans Thai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/>
          <w:color w:val="1F2937"/>
          <w:sz w:val="32"/>
          <w:szCs w:val="32"/>
        </w:rPr>
        <w:t>อื่น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r w:rsidRPr="00FD1DA8">
        <w:rPr>
          <w:rFonts w:ascii="TH SarabunPSK" w:eastAsia="Noto Sans Thai" w:hAnsi="TH SarabunPSK" w:cs="TH SarabunPSK"/>
          <w:color w:val="1F2937"/>
          <w:sz w:val="32"/>
          <w:szCs w:val="32"/>
        </w:rPr>
        <w:t>ๆ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__________</w:t>
      </w:r>
    </w:p>
    <w:p w14:paraId="6873CCBF" w14:textId="77777777" w:rsidR="00186073" w:rsidRPr="00FD1DA8" w:rsidRDefault="004C18C9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กรณีเป็นนิสิต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/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นักศึกษา</w:t>
      </w:r>
      <w:proofErr w:type="spellEnd"/>
    </w:p>
    <w:p w14:paraId="3D82A3EA" w14:textId="77777777" w:rsidR="00186073" w:rsidRPr="00FD1DA8" w:rsidRDefault="004C18C9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หลักสูตร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/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สาขาวิชา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________________________________________________________________________</w:t>
      </w:r>
    </w:p>
    <w:p w14:paraId="57D70A65" w14:textId="77777777" w:rsidR="00186073" w:rsidRPr="00FD1DA8" w:rsidRDefault="004C18C9">
      <w:pPr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ระดับการศึกษา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  </w:t>
      </w:r>
      <w:r w:rsidRPr="00FD1DA8">
        <w:rPr>
          <w:rFonts w:ascii="Segoe UI Symbol" w:eastAsia="Noto Sans Thai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/>
          <w:color w:val="1F2937"/>
          <w:sz w:val="32"/>
          <w:szCs w:val="32"/>
        </w:rPr>
        <w:t>ปริญญาตรี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    </w:t>
      </w:r>
      <w:r w:rsidRPr="00FD1DA8">
        <w:rPr>
          <w:rFonts w:ascii="Segoe UI Symbol" w:eastAsia="Noto Sans Thai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/>
          <w:color w:val="1F2937"/>
          <w:sz w:val="32"/>
          <w:szCs w:val="32"/>
        </w:rPr>
        <w:t>ปริญญาโท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    </w:t>
      </w:r>
      <w:r w:rsidRPr="00FD1DA8">
        <w:rPr>
          <w:rFonts w:ascii="Segoe UI Symbol" w:eastAsia="Noto Sans Thai" w:hAnsi="Segoe UI Symbol" w:cs="Segoe UI Symbol"/>
          <w:color w:val="1F2937"/>
          <w:sz w:val="32"/>
          <w:szCs w:val="32"/>
        </w:rPr>
        <w:t>☐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/>
          <w:color w:val="1F2937"/>
          <w:sz w:val="32"/>
          <w:szCs w:val="32"/>
        </w:rPr>
        <w:t>ปริญญาเอก</w:t>
      </w:r>
      <w:proofErr w:type="spellEnd"/>
    </w:p>
    <w:p w14:paraId="6FB69BFB" w14:textId="77777777" w:rsidR="00186073" w:rsidRPr="00FD1DA8" w:rsidRDefault="004C18C9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ชื่ออาจารย์ที่ปรึกษา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________________________________________________________________________</w:t>
      </w:r>
    </w:p>
    <w:p w14:paraId="295F5D60" w14:textId="3E0C4EB5" w:rsidR="00186073" w:rsidRPr="00FD1DA8" w:rsidRDefault="004C18C9" w:rsidP="00682418">
      <w:pPr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hAnsi="TH SarabunPSK" w:cs="TH SarabunPSK" w:hint="cs"/>
          <w:sz w:val="32"/>
          <w:szCs w:val="32"/>
        </w:rPr>
        <w:br w:type="page"/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lastRenderedPageBreak/>
        <w:t>เอกสารที่ต้องส่ง</w:t>
      </w:r>
      <w:proofErr w:type="spellEnd"/>
    </w:p>
    <w:p w14:paraId="4A8DED5D" w14:textId="77777777" w:rsidR="00186073" w:rsidRPr="00FD1DA8" w:rsidRDefault="004C18C9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ผู้ประสงค์นำเสนอภาษาไทยให้จัดทำบทคัดย่อจำนวน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1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ไฟล์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โดยเรียงเนื้อหาดังนี้</w:t>
      </w:r>
      <w:proofErr w:type="spellEnd"/>
    </w:p>
    <w:p w14:paraId="41D7D92F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บทคัดย่อภาษาไทย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1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หน้า</w:t>
      </w:r>
      <w:proofErr w:type="spellEnd"/>
    </w:p>
    <w:p w14:paraId="10B3B618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บทคัดย่อภาษาอังกฤษ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1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หน้า</w:t>
      </w:r>
      <w:proofErr w:type="spellEnd"/>
    </w:p>
    <w:p w14:paraId="595D7E46" w14:textId="77777777" w:rsidR="00186073" w:rsidRPr="00FD1DA8" w:rsidRDefault="004C18C9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บทคัดย่อทั้งสองภาษาต้องเป็นผลงานเดียวกัน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และมีสาระสำคัญ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วัตถุประสงค์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เป้าหมาย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วิธีการ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กระบวนการ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ผลการศึกษา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ผลลัพธ์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และข้อสรุปสอดคล้องกัน</w:t>
      </w:r>
      <w:proofErr w:type="spellEnd"/>
    </w:p>
    <w:p w14:paraId="72C22F2C" w14:textId="77777777" w:rsidR="00186073" w:rsidRPr="00FD1DA8" w:rsidRDefault="004C18C9">
      <w:pPr>
        <w:spacing w:before="160"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4.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การรับรองของผู้เสนอผลงาน</w:t>
      </w:r>
      <w:proofErr w:type="spellEnd"/>
    </w:p>
    <w:p w14:paraId="1E98B2D5" w14:textId="77777777" w:rsidR="00186073" w:rsidRPr="00FD1DA8" w:rsidRDefault="004C18C9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ข้าพเจ้ารับรองว่าข้อมูลในแบบฟอร์มและบทคัดย่อถูกต้อง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ได้รับความเห็นชอบจากผู้เขียนร่วมทุกคน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และผู้เขียนรับผิดชอบต่อความถูกต้องของเนื้อหา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ตลอดจนจริยธรรมทางวิชาการและจริยธรรมการวิจัยที่เกี่ยวข้อง</w:t>
      </w:r>
      <w:proofErr w:type="spellEnd"/>
    </w:p>
    <w:p w14:paraId="631154FE" w14:textId="77777777" w:rsidR="00186073" w:rsidRPr="00FD1DA8" w:rsidRDefault="004C18C9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ชื่อผู้เสนอผลงาน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</w:t>
      </w:r>
    </w:p>
    <w:p w14:paraId="2AF67648" w14:textId="77777777" w:rsidR="00186073" w:rsidRPr="00FD1DA8" w:rsidRDefault="004C18C9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ลายมือชื่อ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__________________________________________________________</w:t>
      </w:r>
    </w:p>
    <w:p w14:paraId="4C24721C" w14:textId="77777777" w:rsidR="00186073" w:rsidRPr="00FD1DA8" w:rsidRDefault="004C18C9">
      <w:pPr>
        <w:spacing w:before="20"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วันที่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</w:t>
      </w:r>
    </w:p>
    <w:p w14:paraId="2D3A80BA" w14:textId="77777777" w:rsidR="00186073" w:rsidRPr="00FD1DA8" w:rsidRDefault="004C18C9">
      <w:pPr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hAnsi="TH SarabunPSK" w:cs="TH SarabunPSK" w:hint="cs"/>
          <w:sz w:val="32"/>
          <w:szCs w:val="32"/>
        </w:rPr>
        <w:br w:type="page"/>
      </w:r>
    </w:p>
    <w:p w14:paraId="38693045" w14:textId="77777777" w:rsidR="00186073" w:rsidRPr="00FD1DA8" w:rsidRDefault="004C18C9">
      <w:pPr>
        <w:pBdr>
          <w:bottom w:val="single" w:sz="12" w:space="4" w:color="C9A227"/>
        </w:pBdr>
        <w:spacing w:before="160" w:after="10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lastRenderedPageBreak/>
        <w:t>คำแนะนำการจัดเตรียมบทคัดย่อ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—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สำหรับการนำเสนอภาษาไทย</w:t>
      </w:r>
      <w:proofErr w:type="spellEnd"/>
    </w:p>
    <w:p w14:paraId="366D9298" w14:textId="77777777" w:rsidR="00186073" w:rsidRPr="00FD1DA8" w:rsidRDefault="004C18C9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1.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การจัดเตรียมไฟล์</w:t>
      </w:r>
      <w:proofErr w:type="spellEnd"/>
    </w:p>
    <w:p w14:paraId="249DAEA8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จัดทำบทคัดย่อเป็น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Microsoft Word (.doc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หรือ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.docx)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จำนวน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1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ไฟล์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โดยมีบทคัดย่อภาษาไทยก่อน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และบทคัดย่อภาษาอังกฤษตามลำดับ</w:t>
      </w:r>
      <w:proofErr w:type="spellEnd"/>
    </w:p>
    <w:p w14:paraId="504229EA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ใช้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Template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ที่กำหนดในเอกสารฉบับนี้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และไม่ปรับขนาดกระดาษหรือระยะขอบเพื่อเพิ่มพื้นที่</w:t>
      </w:r>
      <w:proofErr w:type="spellEnd"/>
    </w:p>
    <w:p w14:paraId="154EC968" w14:textId="77777777" w:rsidR="00186073" w:rsidRPr="00FD1DA8" w:rsidRDefault="004C18C9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2.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รูปแบบบทคัดย่อ</w:t>
      </w:r>
      <w:proofErr w:type="spellEnd"/>
    </w:p>
    <w:p w14:paraId="0A9154A1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กระดาษ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A4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และบทคัดย่อแต่ละภาษาไม่เกิน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1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หน้า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A4</w:t>
      </w:r>
    </w:p>
    <w:p w14:paraId="046860A9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ภาษาไทย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: TH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Sarabun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New —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ชื่อเรื่อง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18 pt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ตัวหนา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;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ชื่อผู้เขียน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16 pt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;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หน่วยงาน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14 pt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;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เนื้อหา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16 pt</w:t>
      </w:r>
    </w:p>
    <w:p w14:paraId="3350E167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ภาษาอังกฤษ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: Times New Roman —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ชื่อเรื่อง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14 pt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ตัวหนา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;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ชื่อผู้เขียน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12 pt</w:t>
      </w: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;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หน่วยงานและเนื้อหา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r w:rsidRPr="00FD1DA8">
        <w:rPr>
          <w:rFonts w:ascii="TH SarabunPSK" w:eastAsia="Arial" w:hAnsi="TH SarabunPSK" w:cs="TH SarabunPSK" w:hint="cs"/>
          <w:color w:val="1F2937"/>
          <w:sz w:val="32"/>
          <w:szCs w:val="32"/>
        </w:rPr>
        <w:t>11 pt</w:t>
      </w:r>
    </w:p>
    <w:p w14:paraId="40E3F420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ใช้ระยะบรรทัด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Single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และทำเครื่องหมาย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*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หลังชื่อผู้นำเสนอผลงาน</w:t>
      </w:r>
      <w:proofErr w:type="spellEnd"/>
    </w:p>
    <w:p w14:paraId="041942F3" w14:textId="77777777" w:rsidR="00186073" w:rsidRPr="00FD1DA8" w:rsidRDefault="004C18C9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3.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องค์ประกอบของบทคัดย่อ</w:t>
      </w:r>
      <w:proofErr w:type="spellEnd"/>
    </w:p>
    <w:p w14:paraId="582A1727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ชื่อเรื่อง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ชื่อผู้เขียนและผู้เขียนร่วม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หน่วยงาน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สถาบัน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บทคัดย่อ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คำสำคัญ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3–5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คำ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และ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E-mail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ของผู้นำเสนอ</w:t>
      </w:r>
      <w:proofErr w:type="spellEnd"/>
    </w:p>
    <w:p w14:paraId="61C719D1" w14:textId="77777777" w:rsidR="00186073" w:rsidRPr="00FD1DA8" w:rsidRDefault="004C18C9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4.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โครงสร้างเนื้อหา</w:t>
      </w:r>
      <w:proofErr w:type="spellEnd"/>
    </w:p>
    <w:p w14:paraId="2E366149" w14:textId="77777777" w:rsidR="00186073" w:rsidRPr="00FD1DA8" w:rsidRDefault="004C18C9">
      <w:pPr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ที่มาและวัตถุประสงค์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: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ระบุความสำคัญของปัญหา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ที่มาของผลงานโดยย่อ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และวัตถุประสงค์หรือเป้าหมายให้ชัดเจน</w:t>
      </w:r>
      <w:proofErr w:type="spellEnd"/>
    </w:p>
    <w:p w14:paraId="773EF8BF" w14:textId="77777777" w:rsidR="00186073" w:rsidRPr="00FD1DA8" w:rsidRDefault="004C18C9">
      <w:pPr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วิธีการ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กระบวนการดำเนินงาน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: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ระบุรูปแบบการศึกษา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กลุ่มเป้าหมาย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แหล่งข้อมูล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เครื่องมือ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ขั้นตอน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หรือวิธีดำเนินงาน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และการวิเคราะห์ข้อมูลที่สำคัญตามความเหมาะสม</w:t>
      </w:r>
      <w:proofErr w:type="spellEnd"/>
    </w:p>
    <w:p w14:paraId="45D99F50" w14:textId="77777777" w:rsidR="00186073" w:rsidRPr="00FD1DA8" w:rsidRDefault="004C18C9">
      <w:pPr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ผลการศึกษา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ผลลัพธ์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: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รายงานผลหรือผลลัพธ์ที่สำคัญให้ตอบวัตถุประสงค์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และระบุข้อมูลเชิงปริมาณหรือค่าสถิติเมื่อเหมาะสม</w:t>
      </w:r>
      <w:proofErr w:type="spellEnd"/>
    </w:p>
    <w:p w14:paraId="48C19781" w14:textId="77777777" w:rsidR="00186073" w:rsidRPr="00FD1DA8" w:rsidRDefault="004C18C9">
      <w:pPr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สรุป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: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สรุปข้อค้นพบหลัก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ความสำคัญ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และ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หรือการนำไปใช้โดยไม่กล่าวเกินกว่าข้อมูลที่นำเสนอ</w:t>
      </w:r>
      <w:proofErr w:type="spellEnd"/>
    </w:p>
    <w:p w14:paraId="45DE08BA" w14:textId="77777777" w:rsidR="00186073" w:rsidRPr="00FD1DA8" w:rsidRDefault="004C18C9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5.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ข้อกำหนดเพิ่มเติม</w:t>
      </w:r>
      <w:proofErr w:type="spellEnd"/>
    </w:p>
    <w:p w14:paraId="7201B1BE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ใช้ภาษาวิชาการที่กระชับและชัดเจน</w:t>
      </w:r>
      <w:proofErr w:type="spellEnd"/>
    </w:p>
    <w:p w14:paraId="460CAEA0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หลีกเลี่ยงคำย่อที่ไม่เป็นที่รู้จักทั่วไป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;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หากจำเป็นให้เขียนชื่อเต็มเมื่อใช้ครั้งแรก</w:t>
      </w:r>
      <w:proofErr w:type="spellEnd"/>
    </w:p>
    <w:p w14:paraId="6F93F97A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ไม่ใส่ตาราง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รูปภาพ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แผนภูมิ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หรือกราฟในบทคัดย่อ</w:t>
      </w:r>
      <w:proofErr w:type="spellEnd"/>
    </w:p>
    <w:p w14:paraId="1AD6B6DB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ไม่ต้องใส่รายการเอกสารอ้างอิง</w:t>
      </w:r>
      <w:proofErr w:type="spellEnd"/>
    </w:p>
    <w:p w14:paraId="3A31BB03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ตรวจสอบชื่อผู้เขียน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หน่วยงาน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ตัวเลข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หน่วย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และค่าสถิติให้ถูกต้องก่อนส่ง</w:t>
      </w:r>
      <w:proofErr w:type="spellEnd"/>
    </w:p>
    <w:p w14:paraId="20E0388F" w14:textId="77777777" w:rsidR="00186073" w:rsidRPr="00FD1DA8" w:rsidRDefault="004C18C9">
      <w:pPr>
        <w:spacing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6.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การนำเสนอผลงาน</w:t>
      </w:r>
      <w:proofErr w:type="spellEnd"/>
    </w:p>
    <w:p w14:paraId="54E690F4" w14:textId="3CEBD919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นำเสนอในรูปแบบ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Poster Presentation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เท่านั้น</w:t>
      </w:r>
      <w:proofErr w:type="spellEnd"/>
      <w:r w:rsidR="006F015A">
        <w:rPr>
          <w:rFonts w:ascii="TH SarabunPSK" w:eastAsia="Noto Sans Thai" w:hAnsi="TH SarabunPSK" w:cs="TH SarabunPSK"/>
          <w:color w:val="1F2937"/>
          <w:sz w:val="32"/>
          <w:szCs w:val="32"/>
        </w:rPr>
        <w:t xml:space="preserve">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  <w:cs/>
          <w:lang w:bidi="th-TH"/>
        </w:rPr>
        <w:t>โดยโปสเตอร์ควรประกอบด้วย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</w:rPr>
        <w:t xml:space="preserve">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  <w:cs/>
          <w:lang w:bidi="th-TH"/>
        </w:rPr>
        <w:t xml:space="preserve">ชื่อเรื่อง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</w:rPr>
        <w:t xml:space="preserve">·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  <w:cs/>
          <w:lang w:bidi="th-TH"/>
        </w:rPr>
        <w:t xml:space="preserve">ชื่อ–สกุลของผู้วิจัย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</w:rPr>
        <w:t xml:space="preserve">·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  <w:cs/>
          <w:lang w:bidi="th-TH"/>
        </w:rPr>
        <w:t xml:space="preserve">บทคัดย่อ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</w:rPr>
        <w:t xml:space="preserve">·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  <w:cs/>
          <w:lang w:bidi="th-TH"/>
        </w:rPr>
        <w:t xml:space="preserve">บทนำ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</w:rPr>
        <w:t xml:space="preserve">·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  <w:cs/>
          <w:lang w:bidi="th-TH"/>
        </w:rPr>
        <w:t xml:space="preserve">วัตถุประสงค์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</w:rPr>
        <w:t xml:space="preserve">·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  <w:cs/>
          <w:lang w:bidi="th-TH"/>
        </w:rPr>
        <w:t xml:space="preserve">วิธีการศึกษา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</w:rPr>
        <w:t xml:space="preserve">·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  <w:cs/>
          <w:lang w:bidi="th-TH"/>
        </w:rPr>
        <w:t xml:space="preserve">ผลการศึกษา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</w:rPr>
        <w:t xml:space="preserve">·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  <w:cs/>
          <w:lang w:bidi="th-TH"/>
        </w:rPr>
        <w:t xml:space="preserve">วิจารณ์ผล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</w:rPr>
        <w:t xml:space="preserve">·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  <w:cs/>
          <w:lang w:bidi="th-TH"/>
        </w:rPr>
        <w:t xml:space="preserve">สรุปผล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</w:rPr>
        <w:t xml:space="preserve">· </w:t>
      </w:r>
      <w:r w:rsidR="006F015A" w:rsidRPr="006F015A">
        <w:rPr>
          <w:rFonts w:ascii="TH SarabunPSK" w:eastAsia="Noto Sans Thai" w:hAnsi="TH SarabunPSK" w:cs="TH SarabunPSK"/>
          <w:color w:val="1F2937"/>
          <w:sz w:val="32"/>
          <w:szCs w:val="32"/>
          <w:cs/>
          <w:lang w:bidi="th-TH"/>
        </w:rPr>
        <w:t>และเอกสารอ้างอิงหรือบรรณานุกรม</w:t>
      </w:r>
    </w:p>
    <w:p w14:paraId="2C53B3AA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โปสเตอร์ขนาด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80 × 120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ซม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.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แนวตั้ง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(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กว้าง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×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สูง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)</w:t>
      </w:r>
    </w:p>
    <w:p w14:paraId="22203E20" w14:textId="77777777" w:rsidR="00186073" w:rsidRPr="00FD1DA8" w:rsidRDefault="004C18C9">
      <w:pPr>
        <w:pStyle w:val="ListBullet"/>
        <w:spacing w:after="4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กำหนดเวลาและรายละเอียดการนำเสนอจะแจ้งแก่ผู้ที่ได้รับการตอบรับภายหลัง</w:t>
      </w:r>
    </w:p>
    <w:p w14:paraId="49FC2266" w14:textId="77777777" w:rsidR="00186073" w:rsidRPr="00FD1DA8" w:rsidRDefault="004C18C9">
      <w:pPr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hAnsi="TH SarabunPSK" w:cs="TH SarabunPSK" w:hint="cs"/>
          <w:sz w:val="32"/>
          <w:szCs w:val="32"/>
        </w:rPr>
        <w:br w:type="page"/>
      </w:r>
    </w:p>
    <w:p w14:paraId="76688520" w14:textId="77777777" w:rsidR="00186073" w:rsidRPr="00FD1DA8" w:rsidRDefault="004C18C9">
      <w:pPr>
        <w:spacing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lastRenderedPageBreak/>
        <w:t xml:space="preserve">TEMPLATE </w:t>
      </w:r>
      <w:proofErr w:type="gram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1  |</w:t>
      </w:r>
      <w:proofErr w:type="gram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บทคัดย่อภาษาไทย</w:t>
      </w:r>
      <w:proofErr w:type="spellEnd"/>
    </w:p>
    <w:p w14:paraId="22C80FF1" w14:textId="77777777" w:rsidR="00186073" w:rsidRPr="00FD1DA8" w:rsidRDefault="004C18C9">
      <w:pPr>
        <w:spacing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ใช้สำหรับผู้ที่นำเสนอภาษาไทย</w:t>
      </w:r>
      <w:proofErr w:type="spellEnd"/>
    </w:p>
    <w:p w14:paraId="70185901" w14:textId="77777777" w:rsidR="00186073" w:rsidRPr="00FD1DA8" w:rsidRDefault="004C18C9">
      <w:pPr>
        <w:spacing w:before="280"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ชื่อเรื่องภาษาไทย</w:t>
      </w:r>
      <w:proofErr w:type="spellEnd"/>
    </w:p>
    <w:p w14:paraId="711B6E00" w14:textId="77777777" w:rsidR="00186073" w:rsidRPr="00FD1DA8" w:rsidRDefault="004C18C9">
      <w:pPr>
        <w:spacing w:after="40" w:line="240" w:lineRule="auto"/>
        <w:jc w:val="center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ชื่อผู้เขียนคนที่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1*¹,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ชื่อผู้เขียนคนที่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2², 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ชื่อผู้เขียนคนที่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3¹</w:t>
      </w:r>
    </w:p>
    <w:p w14:paraId="4457F2E8" w14:textId="77777777" w:rsidR="00186073" w:rsidRPr="00FD1DA8" w:rsidRDefault="004C18C9">
      <w:pPr>
        <w:spacing w:after="16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¹หน่วยงาน/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สาขาวิชา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คณะ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สถาบัน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 xml:space="preserve">  ²หน่วยงาน/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สาขาวิชา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คณะ</w:t>
      </w:r>
      <w:proofErr w:type="spellEnd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color w:val="1F2937"/>
          <w:sz w:val="32"/>
          <w:szCs w:val="32"/>
        </w:rPr>
        <w:t>สถาบัน</w:t>
      </w:r>
      <w:proofErr w:type="spellEnd"/>
    </w:p>
    <w:p w14:paraId="7D0E8053" w14:textId="77777777" w:rsidR="00186073" w:rsidRPr="00FD1DA8" w:rsidRDefault="004C18C9">
      <w:pPr>
        <w:spacing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บทคัดย่อ</w:t>
      </w:r>
      <w:proofErr w:type="spellEnd"/>
    </w:p>
    <w:p w14:paraId="305DEC62" w14:textId="77777777" w:rsidR="00186073" w:rsidRPr="00FD1DA8" w:rsidRDefault="004C18C9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ที่มาและวัตถุประสงค์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: </w:t>
      </w:r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[</w:t>
      </w:r>
      <w:proofErr w:type="spellStart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พิมพ์เนื้อหาที่นี่</w:t>
      </w:r>
      <w:proofErr w:type="spellEnd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]</w:t>
      </w:r>
    </w:p>
    <w:p w14:paraId="1E424BBD" w14:textId="77777777" w:rsidR="00186073" w:rsidRPr="00FD1DA8" w:rsidRDefault="004C18C9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วิธีการ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กระบวนการดำเนินงาน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: </w:t>
      </w:r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[</w:t>
      </w:r>
      <w:proofErr w:type="spellStart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พิมพ์เนื้อหาที่นี่</w:t>
      </w:r>
      <w:proofErr w:type="spellEnd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]</w:t>
      </w:r>
    </w:p>
    <w:p w14:paraId="706046DB" w14:textId="77777777" w:rsidR="00186073" w:rsidRPr="00FD1DA8" w:rsidRDefault="004C18C9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ผลการศึกษา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/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ผลลัพธ์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: </w:t>
      </w:r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[</w:t>
      </w:r>
      <w:proofErr w:type="spellStart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พิมพ์เนื้อหาที่นี่</w:t>
      </w:r>
      <w:proofErr w:type="spellEnd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]</w:t>
      </w:r>
    </w:p>
    <w:p w14:paraId="388B3E6A" w14:textId="77777777" w:rsidR="00186073" w:rsidRPr="00FD1DA8" w:rsidRDefault="004C18C9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สรุป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: </w:t>
      </w:r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[</w:t>
      </w:r>
      <w:proofErr w:type="spellStart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พิมพ์เนื้อหาที่นี่</w:t>
      </w:r>
      <w:proofErr w:type="spellEnd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]</w:t>
      </w:r>
    </w:p>
    <w:p w14:paraId="50E62FEA" w14:textId="77777777" w:rsidR="00186073" w:rsidRPr="00FD1DA8" w:rsidRDefault="004C18C9">
      <w:pPr>
        <w:spacing w:before="160" w:after="80" w:line="240" w:lineRule="auto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คำสำคัญ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: </w:t>
      </w:r>
      <w:proofErr w:type="spellStart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คำสำคัญ</w:t>
      </w:r>
      <w:proofErr w:type="spellEnd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 xml:space="preserve"> 1, </w:t>
      </w:r>
      <w:proofErr w:type="spellStart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คำสำคัญ</w:t>
      </w:r>
      <w:proofErr w:type="spellEnd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 xml:space="preserve"> 2, </w:t>
      </w:r>
      <w:proofErr w:type="spellStart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คำสำคัญ</w:t>
      </w:r>
      <w:proofErr w:type="spellEnd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 xml:space="preserve"> 3 (</w:t>
      </w:r>
      <w:proofErr w:type="spellStart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สูงสุด</w:t>
      </w:r>
      <w:proofErr w:type="spellEnd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 xml:space="preserve"> 5 </w:t>
      </w:r>
      <w:proofErr w:type="spellStart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คำ</w:t>
      </w:r>
      <w:proofErr w:type="spellEnd"/>
      <w:r w:rsidRPr="00FD1DA8">
        <w:rPr>
          <w:rFonts w:ascii="TH SarabunPSK" w:eastAsia="Noto Sans Thai" w:hAnsi="TH SarabunPSK" w:cs="TH SarabunPSK" w:hint="cs"/>
          <w:color w:val="6B7280"/>
          <w:sz w:val="32"/>
          <w:szCs w:val="32"/>
        </w:rPr>
        <w:t>)</w:t>
      </w:r>
    </w:p>
    <w:p w14:paraId="29C901D2" w14:textId="77777777" w:rsidR="00186073" w:rsidRPr="00FD1DA8" w:rsidRDefault="004C18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* E-mail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>ผู้นำเสนอ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F2937"/>
          <w:sz w:val="32"/>
          <w:szCs w:val="32"/>
        </w:rPr>
        <w:t xml:space="preserve">: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</w:t>
      </w:r>
    </w:p>
    <w:p w14:paraId="1F5798A7" w14:textId="77777777" w:rsidR="00186073" w:rsidRPr="00FD1DA8" w:rsidRDefault="004C18C9">
      <w:pPr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hAnsi="TH SarabunPSK" w:cs="TH SarabunPSK" w:hint="cs"/>
          <w:sz w:val="32"/>
          <w:szCs w:val="32"/>
        </w:rPr>
        <w:br w:type="page"/>
      </w:r>
    </w:p>
    <w:p w14:paraId="7E87FD74" w14:textId="77777777" w:rsidR="00186073" w:rsidRPr="00FD1DA8" w:rsidRDefault="004C18C9">
      <w:pPr>
        <w:spacing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b/>
          <w:color w:val="17365D"/>
          <w:sz w:val="32"/>
          <w:szCs w:val="32"/>
        </w:rPr>
        <w:lastRenderedPageBreak/>
        <w:t>TEMPLATE 2  |  ENGLISH ABSTRACT</w:t>
      </w:r>
    </w:p>
    <w:p w14:paraId="42135396" w14:textId="77777777" w:rsidR="00186073" w:rsidRPr="00FD1DA8" w:rsidRDefault="004C18C9">
      <w:pPr>
        <w:spacing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Required for all submissions; English-language presenters submit this abstract only.</w:t>
      </w:r>
    </w:p>
    <w:p w14:paraId="7A7A727D" w14:textId="77777777" w:rsidR="00186073" w:rsidRPr="00FD1DA8" w:rsidRDefault="004C18C9">
      <w:pPr>
        <w:spacing w:before="280"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>TITLE OF THE ABSTRACT</w:t>
      </w:r>
    </w:p>
    <w:p w14:paraId="46870CD0" w14:textId="77777777" w:rsidR="00186073" w:rsidRPr="00FD1DA8" w:rsidRDefault="004C18C9">
      <w:pPr>
        <w:spacing w:after="4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color w:val="1F2937"/>
          <w:sz w:val="32"/>
          <w:szCs w:val="32"/>
        </w:rPr>
        <w:t>First Author¹*, Second Author², Third Author¹</w:t>
      </w:r>
    </w:p>
    <w:p w14:paraId="46035484" w14:textId="77777777" w:rsidR="00186073" w:rsidRPr="00FD1DA8" w:rsidRDefault="004C18C9">
      <w:pPr>
        <w:spacing w:after="16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color w:val="1F2937"/>
          <w:sz w:val="32"/>
          <w:szCs w:val="32"/>
        </w:rPr>
        <w:t>¹Department/Program, Faculty, Institution, City, Country  ²Department/Program, Faculty, Institution, City, Country</w:t>
      </w:r>
    </w:p>
    <w:p w14:paraId="08CE1456" w14:textId="77777777" w:rsidR="00186073" w:rsidRPr="00FD1DA8" w:rsidRDefault="004C18C9">
      <w:pPr>
        <w:spacing w:after="8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7365D"/>
          <w:sz w:val="32"/>
          <w:szCs w:val="32"/>
        </w:rPr>
        <w:t>Abstract</w:t>
      </w:r>
    </w:p>
    <w:p w14:paraId="64EEEC8D" w14:textId="77777777" w:rsidR="00186073" w:rsidRPr="00FD1DA8" w:rsidRDefault="004C18C9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 xml:space="preserve">Background and Objective: </w:t>
      </w:r>
      <w:r w:rsidRPr="00FD1DA8">
        <w:rPr>
          <w:rFonts w:ascii="TH SarabunPSK" w:eastAsia="Times New Roman" w:hAnsi="TH SarabunPSK" w:cs="TH SarabunPSK" w:hint="cs"/>
          <w:color w:val="6B7280"/>
          <w:sz w:val="32"/>
          <w:szCs w:val="32"/>
        </w:rPr>
        <w:t>[Type text here]</w:t>
      </w:r>
    </w:p>
    <w:p w14:paraId="3CF5B7BD" w14:textId="77777777" w:rsidR="00186073" w:rsidRPr="00FD1DA8" w:rsidRDefault="004C18C9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 xml:space="preserve">Methods/Approach: </w:t>
      </w:r>
      <w:r w:rsidRPr="00FD1DA8">
        <w:rPr>
          <w:rFonts w:ascii="TH SarabunPSK" w:eastAsia="Times New Roman" w:hAnsi="TH SarabunPSK" w:cs="TH SarabunPSK" w:hint="cs"/>
          <w:color w:val="6B7280"/>
          <w:sz w:val="32"/>
          <w:szCs w:val="32"/>
        </w:rPr>
        <w:t>[Type text here]</w:t>
      </w:r>
    </w:p>
    <w:p w14:paraId="39969152" w14:textId="77777777" w:rsidR="00186073" w:rsidRPr="00FD1DA8" w:rsidRDefault="004C18C9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 xml:space="preserve">Results/Outcomes: </w:t>
      </w:r>
      <w:r w:rsidRPr="00FD1DA8">
        <w:rPr>
          <w:rFonts w:ascii="TH SarabunPSK" w:eastAsia="Times New Roman" w:hAnsi="TH SarabunPSK" w:cs="TH SarabunPSK" w:hint="cs"/>
          <w:color w:val="6B7280"/>
          <w:sz w:val="32"/>
          <w:szCs w:val="32"/>
        </w:rPr>
        <w:t>[Type text here]</w:t>
      </w:r>
    </w:p>
    <w:p w14:paraId="6051D173" w14:textId="77777777" w:rsidR="00186073" w:rsidRPr="00FD1DA8" w:rsidRDefault="004C18C9">
      <w:pPr>
        <w:spacing w:after="10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 xml:space="preserve">Conclusion: </w:t>
      </w:r>
      <w:r w:rsidRPr="00FD1DA8">
        <w:rPr>
          <w:rFonts w:ascii="TH SarabunPSK" w:eastAsia="Times New Roman" w:hAnsi="TH SarabunPSK" w:cs="TH SarabunPSK" w:hint="cs"/>
          <w:color w:val="6B7280"/>
          <w:sz w:val="32"/>
          <w:szCs w:val="32"/>
        </w:rPr>
        <w:t>[Type text here]</w:t>
      </w:r>
    </w:p>
    <w:p w14:paraId="3DDD20BD" w14:textId="77777777" w:rsidR="00186073" w:rsidRPr="00FD1DA8" w:rsidRDefault="004C18C9">
      <w:pPr>
        <w:spacing w:before="160" w:after="8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 xml:space="preserve">Keywords: </w:t>
      </w:r>
      <w:r w:rsidRPr="00FD1DA8">
        <w:rPr>
          <w:rFonts w:ascii="TH SarabunPSK" w:eastAsia="Times New Roman" w:hAnsi="TH SarabunPSK" w:cs="TH SarabunPSK" w:hint="cs"/>
          <w:color w:val="6B7280"/>
          <w:sz w:val="32"/>
          <w:szCs w:val="32"/>
        </w:rPr>
        <w:t>keyword 1, keyword 2, keyword 3 (maximum 5 keywords)</w:t>
      </w:r>
    </w:p>
    <w:p w14:paraId="673DC514" w14:textId="77777777" w:rsidR="00186073" w:rsidRPr="00FD1DA8" w:rsidRDefault="004C18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1DA8">
        <w:rPr>
          <w:rFonts w:ascii="TH SarabunPSK" w:eastAsia="Times New Roman" w:hAnsi="TH SarabunPSK" w:cs="TH SarabunPSK" w:hint="cs"/>
          <w:b/>
          <w:color w:val="1F2937"/>
          <w:sz w:val="32"/>
          <w:szCs w:val="32"/>
        </w:rPr>
        <w:t xml:space="preserve">* Presenter e-mail: </w:t>
      </w:r>
      <w:r w:rsidRPr="00FD1DA8">
        <w:rPr>
          <w:rFonts w:ascii="TH SarabunPSK" w:eastAsia="Arial" w:hAnsi="TH SarabunPSK" w:cs="TH SarabunPSK" w:hint="cs"/>
          <w:color w:val="6B7280"/>
          <w:sz w:val="32"/>
          <w:szCs w:val="32"/>
        </w:rPr>
        <w:t>____________________________</w:t>
      </w:r>
    </w:p>
    <w:p w14:paraId="47BE88FA" w14:textId="77777777" w:rsidR="00186073" w:rsidRPr="00FD1DA8" w:rsidRDefault="004C18C9">
      <w:pPr>
        <w:spacing w:before="36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หมายเหตุ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/ Note: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ผู้ที่นำเสนอภาษาไทยใช้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Template 1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และ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Template 2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รวมในไฟล์บทคัดย่อเดียวกัน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; </w:t>
      </w:r>
      <w:proofErr w:type="spellStart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>ผู้ที่นำเสนอภาษาอังกฤษใช้เฉพาะ</w:t>
      </w:r>
      <w:proofErr w:type="spellEnd"/>
      <w:r w:rsidRPr="00FD1DA8">
        <w:rPr>
          <w:rFonts w:ascii="TH SarabunPSK" w:eastAsia="Noto Sans Thai" w:hAnsi="TH SarabunPSK" w:cs="TH SarabunPSK" w:hint="cs"/>
          <w:b/>
          <w:color w:val="17365D"/>
          <w:sz w:val="32"/>
          <w:szCs w:val="32"/>
        </w:rPr>
        <w:t xml:space="preserve"> Template 2</w:t>
      </w:r>
    </w:p>
    <w:sectPr w:rsidR="00186073" w:rsidRPr="00FD1DA8" w:rsidSect="00682418">
      <w:footerReference w:type="default" r:id="rId8"/>
      <w:pgSz w:w="11906" w:h="16838" w:code="9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3FB96" w14:textId="77777777" w:rsidR="00810134" w:rsidRDefault="00810134">
      <w:pPr>
        <w:spacing w:after="0" w:line="240" w:lineRule="auto"/>
      </w:pPr>
      <w:r>
        <w:separator/>
      </w:r>
    </w:p>
  </w:endnote>
  <w:endnote w:type="continuationSeparator" w:id="0">
    <w:p w14:paraId="61AB11F7" w14:textId="77777777" w:rsidR="00810134" w:rsidRDefault="00810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Noto Sans Tha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F5C5D" w14:textId="77777777" w:rsidR="00186073" w:rsidRDefault="004C18C9">
    <w:pPr>
      <w:pStyle w:val="Footer"/>
      <w:jc w:val="center"/>
    </w:pPr>
    <w:r>
      <w:rPr>
        <w:rFonts w:ascii="Arial" w:eastAsia="Arial" w:hAnsi="Arial" w:cs="Arial"/>
        <w:color w:val="6B7280"/>
        <w:sz w:val="18"/>
      </w:rPr>
      <w:t xml:space="preserve">AHS-UP 20th </w:t>
    </w:r>
    <w:proofErr w:type="gramStart"/>
    <w:r>
      <w:rPr>
        <w:rFonts w:ascii="Arial" w:eastAsia="Arial" w:hAnsi="Arial" w:cs="Arial"/>
        <w:color w:val="6B7280"/>
        <w:sz w:val="18"/>
      </w:rPr>
      <w:t>Anniversary  |</w:t>
    </w:r>
    <w:proofErr w:type="gramEnd"/>
    <w:r>
      <w:rPr>
        <w:rFonts w:ascii="Arial" w:eastAsia="Arial" w:hAnsi="Arial" w:cs="Arial"/>
        <w:color w:val="6B7280"/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 w:rsidR="00FD1DA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69A8F" w14:textId="77777777" w:rsidR="00810134" w:rsidRDefault="00810134">
      <w:pPr>
        <w:spacing w:after="0" w:line="240" w:lineRule="auto"/>
      </w:pPr>
      <w:r>
        <w:separator/>
      </w:r>
    </w:p>
  </w:footnote>
  <w:footnote w:type="continuationSeparator" w:id="0">
    <w:p w14:paraId="1A79C0D1" w14:textId="77777777" w:rsidR="00810134" w:rsidRDefault="008101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2181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8782772">
    <w:abstractNumId w:val="8"/>
  </w:num>
  <w:num w:numId="2" w16cid:durableId="1752241159">
    <w:abstractNumId w:val="6"/>
  </w:num>
  <w:num w:numId="3" w16cid:durableId="578634830">
    <w:abstractNumId w:val="5"/>
  </w:num>
  <w:num w:numId="4" w16cid:durableId="532114053">
    <w:abstractNumId w:val="4"/>
  </w:num>
  <w:num w:numId="5" w16cid:durableId="819154140">
    <w:abstractNumId w:val="7"/>
  </w:num>
  <w:num w:numId="6" w16cid:durableId="1512721987">
    <w:abstractNumId w:val="3"/>
  </w:num>
  <w:num w:numId="7" w16cid:durableId="154998344">
    <w:abstractNumId w:val="2"/>
  </w:num>
  <w:num w:numId="8" w16cid:durableId="1079399379">
    <w:abstractNumId w:val="1"/>
  </w:num>
  <w:num w:numId="9" w16cid:durableId="1915628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314"/>
    <w:rsid w:val="000B4514"/>
    <w:rsid w:val="0015074B"/>
    <w:rsid w:val="00162F57"/>
    <w:rsid w:val="00181E6B"/>
    <w:rsid w:val="00186073"/>
    <w:rsid w:val="0029639D"/>
    <w:rsid w:val="00326F90"/>
    <w:rsid w:val="003F20F5"/>
    <w:rsid w:val="004C18C9"/>
    <w:rsid w:val="00682418"/>
    <w:rsid w:val="006F015A"/>
    <w:rsid w:val="00810134"/>
    <w:rsid w:val="0090620C"/>
    <w:rsid w:val="00A16E31"/>
    <w:rsid w:val="00AA1D8D"/>
    <w:rsid w:val="00B47730"/>
    <w:rsid w:val="00CB0664"/>
    <w:rsid w:val="00D51613"/>
    <w:rsid w:val="00F11045"/>
    <w:rsid w:val="00FC693F"/>
    <w:rsid w:val="00FD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15FCB6"/>
  <w14:defaultImageDpi w14:val="300"/>
  <w15:docId w15:val="{80EE85A5-C4E9-4E69-94A9-2E2EA1DB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AHS-UP 20th Anniversary Abstract Submission Form and Templates</vt:lpstr>
    </vt:vector>
  </TitlesOfParts>
  <Manager/>
  <Company/>
  <LinksUpToDate>false</LinksUpToDate>
  <CharactersWithSpaces>5512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AHS-UP 20th Anniversary Abstract Submission Form and Templates</dc:title>
  <dc:subject>Poster Presentation Abstract Submission</dc:subject>
  <dc:creator>School of Allied Health Sciences, University of Phayao</dc:creator>
  <cp:keywords/>
  <dc:description>generated by python-docx</dc:description>
  <cp:lastModifiedBy>gomate laorpansakul</cp:lastModifiedBy>
  <cp:revision>2</cp:revision>
  <dcterms:created xsi:type="dcterms:W3CDTF">2026-10-03T14:25:00Z</dcterms:created>
  <dcterms:modified xsi:type="dcterms:W3CDTF">2026-10-03T14:25:00Z</dcterms:modified>
  <cp:category/>
</cp:coreProperties>
</file>